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Guía de resolución: comprender y comprobar</w:t>
      </w:r>
    </w:p>
    <w:p>
      <w:pPr>
        <w:pStyle w:val="Subtitle"/>
      </w:pPr>
      <w:r>
        <w:t>Rectas y planos en el espacio · 3.º medio diferenciado · 18 preguntas</w:t>
      </w:r>
    </w:p>
    <w:p>
      <w:r>
        <w:t>En cada ejercicio encontrarás una resolución paso a paso. Al final, según el contenido, verás una prueba con valores para comprobar una idea o una explicación breve de por qué funciona el procedimiento. Lee la conclusión después de intentar comprender los pasos.</w:t>
      </w:r>
    </w:p>
    <w:p>
      <w:pPr>
        <w:pStyle w:val="Heading1"/>
      </w:pPr>
      <w:r>
        <w:t>Conceptos que necesitas recordar</w:t>
      </w:r>
    </w:p>
    <w:p>
      <w:pPr>
        <w:pStyle w:val="ListBullet"/>
      </w:pPr>
      <w:r>
        <w:t>Un punto (a,b,c) indica una posición; un vector (u,v,w) indica dirección y desplazamiento. Aunque ambos tienen tres números, cumplen funciones distintas.</w:t>
      </w:r>
    </w:p>
    <w:p>
      <w:pPr>
        <w:pStyle w:val="ListBullet"/>
      </w:pPr>
      <w:r>
        <w:t>Una recta (x,y,z)=P+t·v parte del punto P y avanza t veces el vector v. Al usar t=0 recuperamos P. Cada coordenada se calcula por separado.</w:t>
      </w:r>
    </w:p>
    <w:p>
      <w:pPr>
        <w:pStyle w:val="ListBullet"/>
      </w:pPr>
      <w:r>
        <w:t>Dos rectas se cruzan solo si pueden producir exactamente el mismo punto: deben coincidir x, y y z simultáneamente. Los parámetros de una y otra recta son independientes.</w:t>
      </w:r>
    </w:p>
    <w:p>
      <w:pPr>
        <w:pStyle w:val="ListBullet"/>
      </w:pPr>
      <w:r>
        <w:t>El vector normal de un plano es perpendicular a toda dirección contenida en él. Si n=(A,B,C) y P₀=(x₀,y₀,z₀), entonces A(x−x₀)+B(y−y₀)+C(z−z₀)=0.</w:t>
      </w:r>
    </w:p>
    <w:p>
      <w:pPr>
        <w:pStyle w:val="ListBullet"/>
      </w:pPr>
      <w:r>
        <w:t>Un punto pertenece a una recta o plano si satisface todas las condiciones de su ecuación; no basta con que coincida una coordenada.</w:t>
      </w:r>
    </w:p>
    <w:p>
      <w:pPr>
        <w:pStyle w:val="Heading1"/>
      </w:pPr>
      <w:r>
        <w:t>Resolución guiada, pregunta por pregunta</w:t>
      </w:r>
    </w:p>
    <w:p>
      <w:pPr>
        <w:pStyle w:val="Heading2"/>
      </w:pPr>
      <w:r>
        <w:t>1. Reconocer el vector director</w:t>
      </w:r>
    </w:p>
    <w:p>
      <w:r>
        <w:t>Respuesta: B y D son válidas matemáticamente; el enunciado necesita corrección.</w:t>
      </w:r>
    </w:p>
    <w:p>
      <w:r>
        <w:t>Paso 1. Identifica la estructura: (x,y,z)=(2,1,5)+t(1,2,−1).</w:t>
      </w:r>
    </w:p>
    <w:p>
      <w:r>
        <w:t>Paso 2. El primer triple, (2,1,5), es un punto conocido de la recta. El triple que multiplica a t es el desplazamiento por cada unidad del parámetro.</w:t>
      </w:r>
    </w:p>
    <w:p>
      <w:r>
        <w:t>Paso 3. Por eso el vector director que aparece escrito es (1,2,−1).</w:t>
      </w:r>
    </w:p>
    <w:p>
      <w:r>
        <w:t>Atención: A confunde punto con dirección; C es un punto de la recta al tomar t=1. Atención: D=(−1,−2,1) también es un vector director válido de la MISMA recta, pues apunta en sentido opuesto. El enunciado tiene dos respuestas matemáticamente válidas (B y D); si se busca B, debe decir «el vector que multiplica a t».</w:t>
      </w:r>
    </w:p>
    <w:p>
      <w:r>
        <w:t>Prueba y observa: Prueba t=1: se llega a (3,3,4). Si se utiliza el vector opuesto (−1,−2,1) con t=−1, se llega al mismo punto. Esto muestra que un vector y su opuesto describen la misma recta, pero en sentidos contrarios. Por tanto, las alternativas B y D son matemáticamente válidas: esta pregunta debe corregirse antes de utilizarse como evaluación.</w:t>
      </w:r>
    </w:p>
    <w:p>
      <w:pPr>
        <w:pStyle w:val="Heading2"/>
      </w:pPr>
      <w:r>
        <w:t>2. Calcular un punto con t=3</w:t>
      </w:r>
    </w:p>
    <w:p>
      <w:r>
        <w:t>Respuesta: D: (5,7,2)</w:t>
      </w:r>
    </w:p>
    <w:p>
      <w:r>
        <w:t>Paso 1. Escribe las tres ecuaciones: x=2+t; y=1+2t; z=5−t.</w:t>
      </w:r>
    </w:p>
    <w:p>
      <w:r>
        <w:t>Paso 2. Sustituye t=3 en TODAS: x=2+3=5; y=1+2·3=7; z=5−3=2.</w:t>
      </w:r>
    </w:p>
    <w:p>
      <w:r>
        <w:t>Paso 3. Junta los resultados en el orden x,y,z: (5,7,2).</w:t>
      </w:r>
    </w:p>
    <w:p>
      <w:r>
        <w:t>Atención: La alternativa B tiene y=6: olvida sumar el 1 inicial. La C cambia incorrectamente el signo en z.</w:t>
      </w:r>
    </w:p>
    <w:p>
      <w:r>
        <w:t>Qué significan los pasos: Separamos la recta en tres ecuaciones porque cada coordenada cambia a su propio ritmo: x aumenta 1, y aumenta 2 y z disminuye 1 por cada unidad de t. Al sustituir t=3 calculamos un único punto de la recta, no tres puntos diferentes.</w:t>
      </w:r>
    </w:p>
    <w:p>
      <w:pPr>
        <w:pStyle w:val="Heading2"/>
      </w:pPr>
      <w:r>
        <w:t>3. Punto que pertenece necesariamente a la recta</w:t>
      </w:r>
    </w:p>
    <w:p>
      <w:r>
        <w:t>Respuesta: A: (2,1,5)</w:t>
      </w:r>
    </w:p>
    <w:p>
      <w:r>
        <w:t>Paso 1. Al sustituir t=0 en (2,1,5)+t(1,2,−1), el segundo término se convierte en el vector cero.</w:t>
      </w:r>
    </w:p>
    <w:p>
      <w:r>
        <w:t>Paso 2. Por lo tanto, la recta pasa por (2,1,5), sin necesidad de calcular otros valores.</w:t>
      </w:r>
    </w:p>
    <w:p>
      <w:r>
        <w:t>Paso 3. Para verificar otro candidato, deben existir valores de t que funcionen en las tres coordenadas a la vez.</w:t>
      </w:r>
    </w:p>
    <w:p>
      <w:r>
        <w:t>Atención: B es el vector director, no necesariamente un punto de la recta; D falla en y: con x=3 se requiere t=1, lo que da y=3 y no 2.</w:t>
      </w:r>
    </w:p>
    <w:p>
      <w:r>
        <w:t>Prueba y observa: Prueba t=0: se obtiene (2,1,5), pues el desplazamiento es cero. Ahora prueba (3,2,4): la coordenada x exige t=1, pero ese valor produce y=3 y no y=2. Para pertenecer a una recta, un mismo parámetro debe servir en las tres coordenadas.</w:t>
      </w:r>
    </w:p>
    <w:p>
      <w:pPr>
        <w:pStyle w:val="Heading2"/>
      </w:pPr>
      <w:r>
        <w:t>4. Construir ecuaciones paramétricas</w:t>
      </w:r>
    </w:p>
    <w:p>
      <w:r>
        <w:t>Respuesta: C</w:t>
      </w:r>
    </w:p>
    <w:p>
      <w:r>
        <w:t>Paso 1. La regla general es x=x₀+at, y=y₀+bt, z=z₀+ct, donde (x₀,y₀,z₀) es el punto y (a,b,c) el vector director.</w:t>
      </w:r>
    </w:p>
    <w:p>
      <w:r>
        <w:t>Paso 2. Sustituye P=(1,−2,3) y v=(2,1,−4).</w:t>
      </w:r>
    </w:p>
    <w:p>
      <w:r>
        <w:t>Paso 3. Resulta x=1+2t, y=−2+t, z=3−4t.</w:t>
      </w:r>
    </w:p>
    <w:p>
      <w:r>
        <w:t>Atención: No mezclar componentes del punto con las del vector. Comprobar con t=0 que se recupera P.</w:t>
      </w:r>
    </w:p>
    <w:p>
      <w:r>
        <w:t>Qué significan los pasos: El punto P indica desde dónde comenzamos cuando t=0. El vector (2,1,−4) indica cómo se mueve cada coordenada cuando t aumenta en una unidad. Por eso el punto aporta los términos constantes y el vector aporta los coeficientes de t.</w:t>
      </w:r>
    </w:p>
    <w:p>
      <w:pPr>
        <w:pStyle w:val="Heading2"/>
      </w:pPr>
      <w:r>
        <w:t>5. Interpretar el parámetro cero</w:t>
      </w:r>
    </w:p>
    <w:p>
      <w:r>
        <w:t>Respuesta: B: (4,5,3)</w:t>
      </w:r>
    </w:p>
    <w:p>
      <w:r>
        <w:t>Paso 1. Sustituye λ=0 en cada ecuación: x=4−2·0=4; y=5−0=5; z=3+0=3.</w:t>
      </w:r>
    </w:p>
    <w:p>
      <w:r>
        <w:t>Paso 2. El punto resultante es (4,5,3).</w:t>
      </w:r>
    </w:p>
    <w:p>
      <w:r>
        <w:t>Atención: A corresponde al vector director (−2,−1,1); C corresponde a λ=1, no a λ=0.</w:t>
      </w:r>
    </w:p>
    <w:p>
      <w:r>
        <w:t>Prueba y observa: Sustituye λ=0: obtienes (4,5,3). Prueba λ=1: obtienes (2,4,4). Observa que cambiar el parámetro no cambia la recta; solamente permite localizar distintos puntos sobre ella.</w:t>
      </w:r>
    </w:p>
    <w:p>
      <w:pPr>
        <w:pStyle w:val="Heading2"/>
      </w:pPr>
      <w:r>
        <w:t>6. Intersección de dos rectas</w:t>
      </w:r>
    </w:p>
    <w:p>
      <w:r>
        <w:t>Respuesta: A: (4,5,3)</w:t>
      </w:r>
    </w:p>
    <w:p>
      <w:r>
        <w:t>Paso 1. Escribe las coordenadas de L₁: x=2+t, y=1+2t, z=5−t. Para L₂: x=4−2λ, y=5−λ, z=3+λ.</w:t>
      </w:r>
    </w:p>
    <w:p>
      <w:r>
        <w:t>Paso 2. Iguala las coordenadas: 2+t=4−2λ; 1+2t=5−λ; 5−t=3+λ.</w:t>
      </w:r>
    </w:p>
    <w:p>
      <w:r>
        <w:t>Paso 3. De la primera, t=2−2λ. Sustituye en la segunda: 1+2(2−2λ)=5−λ, de donde −3λ=0 y λ=0; así t=2.</w:t>
      </w:r>
    </w:p>
    <w:p>
      <w:r>
        <w:t>Paso 4. Verifica la tercera: 5−2=3+0. Ambas rectas dan (4,5,3).</w:t>
      </w:r>
    </w:p>
    <w:p>
      <w:r>
        <w:t>Atención: Nunca basta resolver x e y: hay que comprobar z, porque en 3D las rectas podrían no cortarse.</w:t>
      </w:r>
    </w:p>
    <w:p>
      <w:r>
        <w:t>Qué significan los pasos: Igualamos x e y para buscar valores de t y λ que podrían dar un punto común. Después comprobamos z, porque dos rectas espaciales pueden coincidir en x e y sin pasar por el mismo punto. Aquí t=2 y λ=0 producen (4,5,3) en ambas rectas.</w:t>
      </w:r>
    </w:p>
    <w:p>
      <w:pPr>
        <w:pStyle w:val="Heading2"/>
      </w:pPr>
      <w:r>
        <w:t>7. Condición para que dos rectas se intersequen</w:t>
      </w:r>
    </w:p>
    <w:p>
      <w:r>
        <w:t>Respuesta: D</w:t>
      </w:r>
    </w:p>
    <w:p>
      <w:r>
        <w:t>Paso 1. Cada recta produce un punto al elegir su propio parámetro.</w:t>
      </w:r>
    </w:p>
    <w:p>
      <w:r>
        <w:t>Paso 2. Para una intersección, debe haber una pareja de parámetros que genere simultáneamente iguales x, y y z.</w:t>
      </w:r>
    </w:p>
    <w:p>
      <w:r>
        <w:t>Atención: No es necesario que los puntos iniciales coincidan, ni que los vectores sean iguales, ni que ambos parámetros tengan el mismo valor.</w:t>
      </w:r>
    </w:p>
    <w:p>
      <w:r>
        <w:t>Prueba y observa: Considera R₁=(0,0,0)+t(1,0,0) y R₂=(1,−2,0)+s(0,1,0). Prueba t=1 y s=2: ambas dan (1,0,0). Los parámetros son distintos, pero el punto es el mismo; eso es lo que significa que se intersequen.</w:t>
      </w:r>
    </w:p>
    <w:p>
      <w:pPr>
        <w:pStyle w:val="Heading2"/>
      </w:pPr>
      <w:r>
        <w:t>8. Hallar intersección de rectas</w:t>
      </w:r>
    </w:p>
    <w:p>
      <w:r>
        <w:t>Respuesta: C: (3,2,2)</w:t>
      </w:r>
    </w:p>
    <w:p>
      <w:r>
        <w:t>Paso 1. L₁ produce (1+t,t,2). L₂ produce (3−s,2,2).</w:t>
      </w:r>
    </w:p>
    <w:p>
      <w:r>
        <w:t>Paso 2. Iguala las coordenadas y: t=2; x: 1+2=3−s, por lo tanto s=0.</w:t>
      </w:r>
    </w:p>
    <w:p>
      <w:r>
        <w:t>Paso 3. Verifica z: 2=2. El punto común es (3,2,2).</w:t>
      </w:r>
    </w:p>
    <w:p>
      <w:r>
        <w:t>Atención: La alternativa D coincide en y y z, pero no en x al usar t=2.</w:t>
      </w:r>
    </w:p>
    <w:p>
      <w:r>
        <w:t>Qué significan los pasos: La segunda recta siempre tiene y=2; por eso, si existe un punto común, la primera también debe tener y=2, lo que obliga a t=2. Con ese valor hallamos x=3 y luego s=0. Comprobar z=2 en ambas confirma que es una intersección real.</w:t>
      </w:r>
    </w:p>
    <w:p>
      <w:pPr>
        <w:pStyle w:val="Heading2"/>
      </w:pPr>
      <w:r>
        <w:t>9. Plano en forma punto-normal</w:t>
      </w:r>
    </w:p>
    <w:p>
      <w:r>
        <w:t>Respuesta: A</w:t>
      </w:r>
    </w:p>
    <w:p>
      <w:r>
        <w:t>Paso 1. Usa la fórmula A(x−x₀)+B(y−y₀)+C(z−z₀)=0.</w:t>
      </w:r>
    </w:p>
    <w:p>
      <w:r>
        <w:t>Paso 2. Del normal (2,−3,1), obtienes A=2, B=−3, C=1. Del punto (1,2,−1), obtienes x₀=1, y₀=2, z₀=−1.</w:t>
      </w:r>
    </w:p>
    <w:p>
      <w:r>
        <w:t>Paso 3. Sustituye: 2(x−1)−3(y−2)+1(z+1)=0.</w:t>
      </w:r>
    </w:p>
    <w:p>
      <w:r>
        <w:t>Atención: El paréntesis z+1 aparece porque z−(−1)=z+1.</w:t>
      </w:r>
    </w:p>
    <w:p>
      <w:r>
        <w:t>Qué significan los pasos: Restamos las coordenadas del punto conocido para construir el desplazamiento desde él hasta cualquier otro punto del plano. Al multiplicarlo escalarmente por el vector normal, el resultado debe ser cero porque son perpendiculares. Así aparece 2(x−1)−3(y−2)+(z+1)=0.</w:t>
      </w:r>
    </w:p>
    <w:p>
      <w:pPr>
        <w:pStyle w:val="Heading2"/>
      </w:pPr>
      <w:r>
        <w:t>10. Leer el vector normal de un plano</w:t>
      </w:r>
    </w:p>
    <w:p>
      <w:r>
        <w:t>Respuesta: B: (3,2,−5)</w:t>
      </w:r>
    </w:p>
    <w:p>
      <w:r>
        <w:t>Paso 1. Compara 3(x−1)+2(y+4)−5(z−2)=0 con la forma punto-normal.</w:t>
      </w:r>
    </w:p>
    <w:p>
      <w:r>
        <w:t>Paso 2. Los números que multiplican los tres paréntesis son las componentes del normal: (3,2,−5).</w:t>
      </w:r>
    </w:p>
    <w:p>
      <w:r>
        <w:t>Atención: (1,−4,2) es el punto por el que pasa el plano, no el vector normal.</w:t>
      </w:r>
    </w:p>
    <w:p>
      <w:r>
        <w:t>Prueba y observa: Prueba P=(1,−4,2): cada paréntesis vale cero, así que está en el plano. Los números exteriores 3, 2 y −5 no son coordenadas de ese punto: forman el vector normal. El punto y el vector normal tienen funciones diferentes.</w:t>
      </w:r>
    </w:p>
    <w:p>
      <w:pPr>
        <w:pStyle w:val="Heading2"/>
      </w:pPr>
      <w:r>
        <w:t>11. Obtener la ecuación cartesiana</w:t>
      </w:r>
    </w:p>
    <w:p>
      <w:r>
        <w:t>Respuesta: D: x+2y−z+1=0</w:t>
      </w:r>
    </w:p>
    <w:p>
      <w:r>
        <w:t>Paso 1. Escribe la forma punto-normal con P₀=(2,0,3), n=(1,2,−1): (x−2)+2(y−0)−(z−3)=0.</w:t>
      </w:r>
    </w:p>
    <w:p>
      <w:r>
        <w:t>Paso 2. Distribuye los signos: x−2+2y−z+3=0.</w:t>
      </w:r>
    </w:p>
    <w:p>
      <w:r>
        <w:t>Paso 3. Agrupa las constantes: −2+3=1; queda x+2y−z+1=0.</w:t>
      </w:r>
    </w:p>
    <w:p>
      <w:r>
        <w:t>Atención: Comprobación: con (2,0,3), 2+0−3+1=0.</w:t>
      </w:r>
    </w:p>
    <w:p>
      <w:r>
        <w:t>Qué significan los pasos: Primero escribimos la ecuación que garantiza perpendicularidad con el vector normal. Después distribuimos los coeficientes y agrupamos los números para obtener una expresión más corta. Aunque cambia la escritura, la ecuación sigue describiendo exactamente el mismo plano.</w:t>
      </w:r>
    </w:p>
    <w:p>
      <w:pPr>
        <w:pStyle w:val="Heading2"/>
      </w:pPr>
      <w:r>
        <w:t>12. Comprobar pertenencia a un plano</w:t>
      </w:r>
    </w:p>
    <w:p>
      <w:r>
        <w:t>Respuesta: A: (2,0,1)</w:t>
      </w:r>
    </w:p>
    <w:p>
      <w:r>
        <w:t>Paso 1. Para pertenecer al plano, el punto debe satisfacer 2x−y+z=5.</w:t>
      </w:r>
    </w:p>
    <w:p>
      <w:r>
        <w:t>Paso 2. Prueba A: 2·2−0+1=5.</w:t>
      </w:r>
    </w:p>
    <w:p>
      <w:r>
        <w:t>Paso 3. Como se cumple la igualdad, A pertenece al plano.</w:t>
      </w:r>
    </w:p>
    <w:p>
      <w:r>
        <w:t>Atención: Los otros valores dan B=2, C=4, D=3; ninguno vale 5.</w:t>
      </w:r>
    </w:p>
    <w:p>
      <w:r>
        <w:t>Prueba y observa: Sustituye (2,0,1): 2·2−0+1=5; sí pertenece. Prueba (2,2,2): 4−2+2=4; no pertenece. El signo igual funciona como una condición: el punto debe hacer verdadera toda la ecuación.</w:t>
      </w:r>
    </w:p>
    <w:p>
      <w:pPr>
        <w:pStyle w:val="Heading2"/>
      </w:pPr>
      <w:r>
        <w:t>13. Leer la normal de la forma cartesiana</w:t>
      </w:r>
    </w:p>
    <w:p>
      <w:r>
        <w:t>Respuesta: C: (1,−2,3)</w:t>
      </w:r>
    </w:p>
    <w:p>
      <w:r>
        <w:t>Paso 1. La ecuación general Ax+By+Cz=D tiene como vector normal (A,B,C).</w:t>
      </w:r>
    </w:p>
    <w:p>
      <w:r>
        <w:t>Paso 2. En x−2y+3z=7, los coeficientes de x, y, z son 1, −2 y 3.</w:t>
      </w:r>
    </w:p>
    <w:p>
      <w:r>
        <w:t>Atención: El 7 determina el desplazamiento del plano, no forma parte del vector normal.</w:t>
      </w:r>
    </w:p>
    <w:p>
      <w:r>
        <w:t>Qué significan los pasos: En una ecuación Ax+By+Cz=D, los coeficientes de x, y y z indican un vector perpendicular al plano. El 7 fija la posición del plano, pero no la dirección de su normal. Por eso la normal es (1,−2,3).</w:t>
      </w:r>
    </w:p>
    <w:p>
      <w:pPr>
        <w:pStyle w:val="Heading2"/>
      </w:pPr>
      <w:r>
        <w:t>14. Pasar de punto-normal a cartesiana</w:t>
      </w:r>
    </w:p>
    <w:p>
      <w:r>
        <w:t>Respuesta: B: 2x+y−z−4=0</w:t>
      </w:r>
    </w:p>
    <w:p>
      <w:r>
        <w:t>Paso 1. Sustituye P=(1,2,0), n=(2,1,−1): 2(x−1)+(y−2)−(z−0)=0.</w:t>
      </w:r>
    </w:p>
    <w:p>
      <w:r>
        <w:t>Paso 2. Desarrolla: 2x−2+y−2−z=0.</w:t>
      </w:r>
    </w:p>
    <w:p>
      <w:r>
        <w:t>Paso 3. Combine constantes: 2x+y−z−4=0.</w:t>
      </w:r>
    </w:p>
    <w:p>
      <w:r>
        <w:t>Atención: Verificación con P: 2+2−0−4=0.</w:t>
      </w:r>
    </w:p>
    <w:p>
      <w:r>
        <w:t>Prueba y observa: Comprueba la ecuación 2x+y−z−4=0 con el punto conocido (1,2,0): 2+2−0−4=0. Si se escribiera +4, daría 8 y el punto dejaría de pertenecer al plano. Sustituir el punto permite detectar errores de signo.</w:t>
      </w:r>
    </w:p>
    <w:p>
      <w:pPr>
        <w:pStyle w:val="Heading2"/>
      </w:pPr>
      <w:r>
        <w:t>15. Explicar por qué aparece el producto punto</w:t>
      </w:r>
    </w:p>
    <w:p>
      <w:r>
        <w:t>Respuesta: A: n·(P−P₀)=0</w:t>
      </w:r>
    </w:p>
    <w:p>
      <w:r>
        <w:t>Paso 1. P y P₀ están en el mismo plano. El vector P−P₀ une esos puntos y, por tanto, está contenido en el plano.</w:t>
      </w:r>
    </w:p>
    <w:p>
      <w:r>
        <w:t>Paso 2. El vector normal n es perpendicular a cualquier vector contenido en el plano.</w:t>
      </w:r>
    </w:p>
    <w:p>
      <w:r>
        <w:t>Paso 3. Dos vectores perpendiculares tienen producto punto cero; de ahí n·(P−P₀)=0.</w:t>
      </w:r>
    </w:p>
    <w:p>
      <w:r>
        <w:t>Atención: La suma vectorial no expresa perpendicularidad.</w:t>
      </w:r>
    </w:p>
    <w:p>
      <w:r>
        <w:t>Qué significan los pasos: P−P₀ es un desplazamiento contenido en el plano. Como el vector normal es perpendicular a cualquier desplazamiento de ese tipo, su producto punto vale cero. Esta condición geométrica se convierte en la ecuación del plano: n·(P−P₀)=0.</w:t>
      </w:r>
    </w:p>
    <w:p>
      <w:pPr>
        <w:pStyle w:val="Heading2"/>
      </w:pPr>
      <w:r>
        <w:t>16. Otro punto perteneciente a un plano</w:t>
      </w:r>
    </w:p>
    <w:p>
      <w:r>
        <w:t>Respuesta: D: (2,1,1)</w:t>
      </w:r>
    </w:p>
    <w:p>
      <w:r>
        <w:t>Paso 1. Sustituye cada candidato en 2x+y−z=4.</w:t>
      </w:r>
    </w:p>
    <w:p>
      <w:r>
        <w:t>Paso 2. Para D: 2·2+1−1=4. Cumple la ecuación.</w:t>
      </w:r>
    </w:p>
    <w:p>
      <w:r>
        <w:t>Atención: A da 2; B da 1; C da 2.</w:t>
      </w:r>
    </w:p>
    <w:p>
      <w:r>
        <w:t>Prueba y observa: Sustituye (2,1,1): 2·2+1−1=4, por lo que pertenece al plano. Cambia solo z a 2: el resultado es 3 y ya no pertenece. Una sola coordenada distinta puede hacer que el punto quede fuera.</w:t>
      </w:r>
    </w:p>
    <w:p>
      <w:pPr>
        <w:pStyle w:val="Heading2"/>
      </w:pPr>
      <w:r>
        <w:t>17. Desarrollar y simplificar paréntesis</w:t>
      </w:r>
    </w:p>
    <w:p>
      <w:r>
        <w:t>Respuesta: B: 3x−2y+z−12=0</w:t>
      </w:r>
    </w:p>
    <w:p>
      <w:r>
        <w:t>Paso 1. Aplique distributividad: 3(x−2)=3x−6; −2(y+1)=−2y−2; (z−4)=z−4.</w:t>
      </w:r>
    </w:p>
    <w:p>
      <w:r>
        <w:t>Paso 2. Reúna: 3x−6−2y−2+z−4=0.</w:t>
      </w:r>
    </w:p>
    <w:p>
      <w:r>
        <w:t>Paso 3. Sume constantes: −6−2−4=−12; resulta 3x−2y+z−12=0.</w:t>
      </w:r>
    </w:p>
    <w:p>
      <w:r>
        <w:t>Atención: La A pierde cuatro unidades al sumar constantes. La C cambia el signo del término y.</w:t>
      </w:r>
    </w:p>
    <w:p>
      <w:r>
        <w:t>Qué significan los pasos: Aplicamos la distributiva para eliminar paréntesis sin alterar la ecuación. Luego agrupamos términos semejantes: los que contienen x, y, z y las constantes. El resultado 3x−2y+z−12=0 describe el mismo plano que la expresión inicial.</w:t>
      </w:r>
    </w:p>
    <w:p>
      <w:pPr>
        <w:pStyle w:val="Heading2"/>
      </w:pPr>
      <w:r>
        <w:t>18. Vector entre dos puntos</w:t>
      </w:r>
    </w:p>
    <w:p>
      <w:r>
        <w:t>Respuesta: C: (3,2,1)</w:t>
      </w:r>
    </w:p>
    <w:p>
      <w:r>
        <w:t>Paso 1. Para obtener el vector desde P₀ hasta P, reste coordenada final menos coordenada inicial.</w:t>
      </w:r>
    </w:p>
    <w:p>
      <w:r>
        <w:t>Paso 2. P−P₀=(5−2, 1−(−1), 4−3).</w:t>
      </w:r>
    </w:p>
    <w:p>
      <w:r>
        <w:t>Paso 3. Calcula: (3,2,1).</w:t>
      </w:r>
    </w:p>
    <w:p>
      <w:r>
        <w:t>Atención: B es el vector opuesto P₀−P; D olvida que restar un número negativo equivale a sumar.</w:t>
      </w:r>
    </w:p>
    <w:p>
      <w:r>
        <w:t>Prueba y observa: Resta componente a componente: (5−2, 1−(−1), 4−3)=(3,2,1). Súmalo al punto inicial (2,−1,3) y llegarás a (5,1,4). Si restas al revés obtendrás el vector opuesto, que recorre el camino contrario.</w:t>
      </w:r>
    </w:p>
    <w:p>
      <w:pPr>
        <w:pStyle w:val="Heading1"/>
      </w:pPr>
      <w:r>
        <w:t>Una aclaración importante sobre la pregunta 1</w:t>
      </w:r>
    </w:p>
    <w:p>
      <w:r>
        <w:t>Atención con la pregunta 1: tanto B como D son respuestas matemáticamente válidas. El vector (−1,−2,1) es el opuesto de (1,2,−1), pero ambos describen la misma recta. Si la pregunta dijera «¿Cuál es el vector que aparece multiplicando al parámetro t?», la respuesta sería únicamente B.</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